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70A" w:rsidRPr="00C83586" w:rsidRDefault="00C83586">
      <w:r w:rsidRPr="00C8358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-1209676</wp:posOffset>
            </wp:positionH>
            <wp:positionV relativeFrom="paragraph">
              <wp:posOffset>-990600</wp:posOffset>
            </wp:positionV>
            <wp:extent cx="11880861" cy="8401050"/>
            <wp:effectExtent l="19050" t="0" r="6339" b="0"/>
            <wp:wrapNone/>
            <wp:docPr id="1" name="Picture 1" descr="C:\Users\user\Downloads\Merah Muda Kuning Emas Estetik Piagam Penghargaan Sertifikat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erah Muda Kuning Emas Estetik Piagam Penghargaan Sertifikat 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61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4E9" w:rsidRPr="00C83586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-46.5pt;margin-top:-6.75pt;width:717pt;height:364.5pt;z-index:251659264;mso-position-horizontal-relative:text;mso-position-vertical-relative:text" filled="f" strokecolor="black [3213]" strokeweight="2.25pt"/>
        </w:pict>
      </w:r>
    </w:p>
    <w:p w:rsidR="008B0F5C" w:rsidRPr="00C83586" w:rsidRDefault="008B0F5C"/>
    <w:p w:rsidR="0084270A" w:rsidRPr="00C83586" w:rsidRDefault="003664E9">
      <w:pPr>
        <w:jc w:val="center"/>
      </w:pPr>
      <w:r w:rsidRPr="00C83586">
        <w:rPr>
          <w:b/>
          <w:noProof/>
          <w:sz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12pt;margin-top:30.6pt;width:645.75pt;height:0;z-index:251660288" o:connectortype="straight" strokecolor="black [3213]"/>
        </w:pict>
      </w:r>
      <w:proofErr w:type="gramStart"/>
      <w:r w:rsidR="00E46104" w:rsidRPr="00C83586">
        <w:rPr>
          <w:b/>
          <w:sz w:val="40"/>
        </w:rPr>
        <w:t xml:space="preserve">✨ </w:t>
      </w:r>
      <w:r w:rsidR="00F75EED" w:rsidRPr="00C83586">
        <w:rPr>
          <w:b/>
          <w:sz w:val="40"/>
        </w:rPr>
        <w:t xml:space="preserve"> </w:t>
      </w:r>
      <w:r w:rsidR="00E46104" w:rsidRPr="00C83586">
        <w:rPr>
          <w:b/>
          <w:sz w:val="40"/>
        </w:rPr>
        <w:t>EXCLUSIVE</w:t>
      </w:r>
      <w:proofErr w:type="gramEnd"/>
      <w:r w:rsidR="00E46104" w:rsidRPr="00C83586">
        <w:rPr>
          <w:b/>
          <w:sz w:val="40"/>
        </w:rPr>
        <w:t xml:space="preserve"> INVITATION ✨</w:t>
      </w:r>
    </w:p>
    <w:p w:rsidR="0084270A" w:rsidRPr="00C83586" w:rsidRDefault="003664E9">
      <w:pPr>
        <w:jc w:val="center"/>
      </w:pPr>
      <w:r w:rsidRPr="00C83586">
        <w:rPr>
          <w:b/>
          <w:noProof/>
          <w:sz w:val="40"/>
        </w:rPr>
        <w:pict>
          <v:shape id="_x0000_s1028" type="#_x0000_t32" style="position:absolute;left:0;text-align:left;margin-left:-11.25pt;margin-top:51.35pt;width:645.75pt;height:0;z-index:251661312" o:connectortype="straight" strokecolor="black [3213]"/>
        </w:pict>
      </w:r>
      <w:r w:rsidR="00E46104" w:rsidRPr="00C83586">
        <w:rPr>
          <w:b/>
          <w:sz w:val="72"/>
        </w:rPr>
        <w:t>GOLDEN TICKET</w:t>
      </w:r>
    </w:p>
    <w:p w:rsidR="0084270A" w:rsidRPr="00C83586" w:rsidRDefault="00E46104">
      <w:pPr>
        <w:jc w:val="center"/>
      </w:pPr>
      <w:r w:rsidRPr="00C83586">
        <w:rPr>
          <w:sz w:val="32"/>
        </w:rPr>
        <w:t>You've been chosen to attend a glamorous evening of celebration and surprises!</w:t>
      </w:r>
    </w:p>
    <w:tbl>
      <w:tblPr>
        <w:tblW w:w="0" w:type="auto"/>
        <w:jc w:val="center"/>
        <w:tblLook w:val="04A0"/>
      </w:tblPr>
      <w:tblGrid>
        <w:gridCol w:w="4080"/>
        <w:gridCol w:w="4080"/>
        <w:gridCol w:w="4080"/>
      </w:tblGrid>
      <w:tr w:rsidR="0084270A" w:rsidRPr="00C83586">
        <w:trPr>
          <w:jc w:val="center"/>
        </w:trPr>
        <w:tc>
          <w:tcPr>
            <w:tcW w:w="4080" w:type="dxa"/>
          </w:tcPr>
          <w:p w:rsidR="0084270A" w:rsidRPr="00C83586" w:rsidRDefault="00E46104">
            <w:pPr>
              <w:jc w:val="center"/>
            </w:pPr>
            <w:r w:rsidRPr="00C83586">
              <w:rPr>
                <w:b/>
                <w:sz w:val="28"/>
              </w:rPr>
              <w:t>DATE</w:t>
            </w:r>
          </w:p>
        </w:tc>
        <w:tc>
          <w:tcPr>
            <w:tcW w:w="4080" w:type="dxa"/>
          </w:tcPr>
          <w:p w:rsidR="0084270A" w:rsidRPr="00C83586" w:rsidRDefault="00E46104">
            <w:pPr>
              <w:jc w:val="center"/>
            </w:pPr>
            <w:r w:rsidRPr="00C83586">
              <w:rPr>
                <w:b/>
                <w:sz w:val="28"/>
              </w:rPr>
              <w:t>TIME</w:t>
            </w:r>
          </w:p>
        </w:tc>
        <w:tc>
          <w:tcPr>
            <w:tcW w:w="4080" w:type="dxa"/>
          </w:tcPr>
          <w:p w:rsidR="0084270A" w:rsidRPr="00C83586" w:rsidRDefault="00E46104">
            <w:pPr>
              <w:jc w:val="center"/>
            </w:pPr>
            <w:r w:rsidRPr="00C83586">
              <w:rPr>
                <w:b/>
                <w:sz w:val="28"/>
              </w:rPr>
              <w:t>VENUE</w:t>
            </w:r>
          </w:p>
        </w:tc>
      </w:tr>
      <w:tr w:rsidR="0084270A" w:rsidRPr="00C83586">
        <w:trPr>
          <w:jc w:val="center"/>
        </w:trPr>
        <w:tc>
          <w:tcPr>
            <w:tcW w:w="4080" w:type="dxa"/>
          </w:tcPr>
          <w:p w:rsidR="0084270A" w:rsidRPr="00C83586" w:rsidRDefault="00E46104">
            <w:pPr>
              <w:jc w:val="center"/>
            </w:pPr>
            <w:r w:rsidRPr="00C83586">
              <w:rPr>
                <w:sz w:val="24"/>
              </w:rPr>
              <w:t>August 15, 2025</w:t>
            </w:r>
          </w:p>
        </w:tc>
        <w:tc>
          <w:tcPr>
            <w:tcW w:w="4080" w:type="dxa"/>
          </w:tcPr>
          <w:p w:rsidR="0084270A" w:rsidRPr="00C83586" w:rsidRDefault="00E46104">
            <w:pPr>
              <w:jc w:val="center"/>
            </w:pPr>
            <w:r w:rsidRPr="00C83586">
              <w:rPr>
                <w:sz w:val="24"/>
              </w:rPr>
              <w:t>7:00 PM - 11:00 PM</w:t>
            </w:r>
          </w:p>
        </w:tc>
        <w:tc>
          <w:tcPr>
            <w:tcW w:w="4080" w:type="dxa"/>
          </w:tcPr>
          <w:p w:rsidR="0084270A" w:rsidRPr="00C83586" w:rsidRDefault="00E46104">
            <w:pPr>
              <w:jc w:val="center"/>
            </w:pPr>
            <w:r w:rsidRPr="00C83586">
              <w:rPr>
                <w:sz w:val="24"/>
              </w:rPr>
              <w:t>The Crystal Ballroom</w:t>
            </w:r>
          </w:p>
        </w:tc>
      </w:tr>
    </w:tbl>
    <w:p w:rsidR="0084270A" w:rsidRPr="00C83586" w:rsidRDefault="0084270A"/>
    <w:p w:rsidR="00A57E90" w:rsidRPr="00C83586" w:rsidRDefault="00A57E90"/>
    <w:p w:rsidR="0084270A" w:rsidRPr="00C83586" w:rsidRDefault="00E46104">
      <w:pPr>
        <w:jc w:val="center"/>
        <w:rPr>
          <w:i/>
          <w:sz w:val="28"/>
        </w:rPr>
      </w:pPr>
      <w:r w:rsidRPr="00C83586">
        <w:rPr>
          <w:i/>
          <w:sz w:val="28"/>
        </w:rPr>
        <w:t>Present this ticket at the entrance for access to the evening’s festivities.</w:t>
      </w:r>
    </w:p>
    <w:p w:rsidR="00577FA2" w:rsidRPr="00C83586" w:rsidRDefault="00577FA2">
      <w:pPr>
        <w:jc w:val="center"/>
        <w:rPr>
          <w:i/>
          <w:sz w:val="28"/>
        </w:rPr>
      </w:pPr>
    </w:p>
    <w:p w:rsidR="00577FA2" w:rsidRPr="00C83586" w:rsidRDefault="003664E9">
      <w:pPr>
        <w:jc w:val="center"/>
        <w:rPr>
          <w:i/>
          <w:sz w:val="28"/>
        </w:rPr>
      </w:pPr>
      <w:r w:rsidRPr="00C83586">
        <w:rPr>
          <w:i/>
          <w:noProof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34.25pt;margin-top:2.05pt;width:115pt;height:22.65pt;z-index:251663360;mso-height-percent:200;mso-height-percent:200;mso-width-relative:margin;mso-height-relative:margin" filled="f" stroked="f">
            <v:textbox style="mso-fit-shape-to-text:t">
              <w:txbxContent>
                <w:p w:rsidR="00577FA2" w:rsidRPr="00C83586" w:rsidRDefault="00C83586" w:rsidP="00577FA2">
                  <w:pPr>
                    <w:spacing w:after="0"/>
                    <w:rPr>
                      <w:rFonts w:asciiTheme="majorHAnsi" w:hAnsiTheme="majorHAnsi" w:cstheme="majorHAnsi"/>
                      <w:i/>
                    </w:rPr>
                  </w:pPr>
                  <w:r w:rsidRPr="00C83586">
                    <w:rPr>
                      <w:rFonts w:asciiTheme="majorHAnsi" w:hAnsiTheme="majorHAnsi" w:cstheme="majorHAnsi"/>
                      <w:i/>
                    </w:rPr>
                    <w:t>DaianeTemplate.com</w:t>
                  </w:r>
                </w:p>
              </w:txbxContent>
            </v:textbox>
          </v:shape>
        </w:pict>
      </w:r>
    </w:p>
    <w:p w:rsidR="00577FA2" w:rsidRPr="00C83586" w:rsidRDefault="00577FA2">
      <w:pPr>
        <w:jc w:val="center"/>
        <w:rPr>
          <w:i/>
          <w:sz w:val="28"/>
        </w:rPr>
      </w:pPr>
    </w:p>
    <w:p w:rsidR="00577FA2" w:rsidRPr="00C83586" w:rsidRDefault="00577FA2">
      <w:pPr>
        <w:jc w:val="center"/>
        <w:rPr>
          <w:i/>
        </w:rPr>
      </w:pPr>
    </w:p>
    <w:sectPr w:rsidR="00577FA2" w:rsidRPr="00C83586" w:rsidSect="00034616"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B47730"/>
    <w:rsid w:val="00034616"/>
    <w:rsid w:val="0006063C"/>
    <w:rsid w:val="0015074B"/>
    <w:rsid w:val="00167C29"/>
    <w:rsid w:val="001935A1"/>
    <w:rsid w:val="0029639D"/>
    <w:rsid w:val="002A00E5"/>
    <w:rsid w:val="003168B7"/>
    <w:rsid w:val="00326F90"/>
    <w:rsid w:val="003664E9"/>
    <w:rsid w:val="00577FA2"/>
    <w:rsid w:val="00771C47"/>
    <w:rsid w:val="0084270A"/>
    <w:rsid w:val="008B0F5C"/>
    <w:rsid w:val="009C3269"/>
    <w:rsid w:val="00A57E90"/>
    <w:rsid w:val="00AA1D8D"/>
    <w:rsid w:val="00B47730"/>
    <w:rsid w:val="00C83586"/>
    <w:rsid w:val="00CB0664"/>
    <w:rsid w:val="00CE0178"/>
    <w:rsid w:val="00E46104"/>
    <w:rsid w:val="00EA70B3"/>
    <w:rsid w:val="00F75EED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>
      <o:colormenu v:ext="edit" fillcolor="none" strokecolor="none [3213]"/>
    </o:shapedefaults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75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Golden Ticket Template</dc:title>
  <dc:creator>ZellaTemplate.com</dc:creator>
  <cp:keywords>Golden Ticket Template</cp:keywords>
  <dc:description>generated by python-docx</dc:description>
  <cp:lastModifiedBy>user</cp:lastModifiedBy>
  <cp:revision>5</cp:revision>
  <dcterms:created xsi:type="dcterms:W3CDTF">2025-07-01T06:37:00Z</dcterms:created>
  <dcterms:modified xsi:type="dcterms:W3CDTF">2025-11-13T07:39:00Z</dcterms:modified>
</cp:coreProperties>
</file>